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🎯 אומדן ועיגול – עד מיליון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לתלמיד/ה · חלקים א׳–ג׳ + כרטיס יציאה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🧒 לתלמיד/ה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עיגול הוא החלפת מספר במספר 'עגול' וקרוב, שקל לחשב איתו. מחליטים לאיזה מקום מעגלים (עשרות, מאות, אלפים...), ומסתכלים על הספרה שמימין לו: 5 ומעלה – מעגלים למעלה; 4 ומטה – למטה.✏️ דוגמה: כמה בערך חסר ל־873,450 כדי להגיע למיליון? ← 1,000,000 − 873,450 = 126,550 ← 126,550 קרוב יותר ל־100,000 מאשר ל־10,000 או ל־1,000,000 ← תשובה: בערך 100,000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מה האומדן הקרוב ביותר לתוצאה ⁦8,103 + 7,786⁩?</w:t>
      </w:r>
    </w:p>
    <w:p>
      <w:pPr>
        <w:bidi w:val="1"/>
        <w:jc w:val="right"/>
      </w:pPr>
      <w:r>
        <w:rPr>
          <w:rtl w:val="1"/>
        </w:rPr>
        <w:t>◯ ⁦1,590⁩     ◯ ⁦18,900⁩     ◯ ⁦159,000⁩     ◯ ⁦15,900⁩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מה האומדן הקרוב ביותר לתוצאה ⁦3,373 + 3,974⁩?</w:t>
      </w:r>
    </w:p>
    <w:p>
      <w:pPr>
        <w:bidi w:val="1"/>
        <w:jc w:val="right"/>
      </w:pPr>
      <w:r>
        <w:rPr>
          <w:rtl w:val="1"/>
        </w:rPr>
        <w:t>◯ ⁦10,400⁩     ◯ ⁦7,400⁩     ◯ ⁦74,000⁩     ◯ ⁦740⁩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מה האומדן הקרוב ביותר לתוצאה ⁦6,942 + 2,345⁩?</w:t>
      </w:r>
    </w:p>
    <w:p>
      <w:pPr>
        <w:bidi w:val="1"/>
        <w:jc w:val="right"/>
      </w:pPr>
      <w:r>
        <w:rPr>
          <w:rtl w:val="1"/>
        </w:rPr>
        <w:t>◯ ⁦920⁩     ◯ ⁦92,000⁩     ◯ ⁦12,200⁩     ◯ ⁦9,200⁩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מה האומדן הקרוב ביותר לתוצאה ⁦1,403 + 6,775⁩?</w:t>
      </w:r>
    </w:p>
    <w:p>
      <w:pPr>
        <w:bidi w:val="1"/>
        <w:jc w:val="right"/>
      </w:pPr>
      <w:r>
        <w:rPr>
          <w:rtl w:val="1"/>
        </w:rPr>
        <w:t>◯ ⁦8,200⁩     ◯ ⁦82,000⁩     ◯ ⁦11,200⁩     ◯ ⁦820⁩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מה האומדן הקרוב ביותר לתוצאה ⁦3,581 + 6,434⁩?</w:t>
      </w:r>
    </w:p>
    <w:p>
      <w:pPr>
        <w:bidi w:val="1"/>
        <w:jc w:val="right"/>
      </w:pPr>
      <w:r>
        <w:rPr>
          <w:rtl w:val="1"/>
        </w:rPr>
        <w:t>◯ ⁦13,000⁩     ◯ ⁦10,000⁩     ◯ ⁦100,000⁩     ◯ ⁦1,000⁩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מה האומדן הקרוב ביותר לתוצאה ⁦2,384 + 5,415⁩?</w:t>
      </w:r>
    </w:p>
    <w:p>
      <w:pPr>
        <w:bidi w:val="1"/>
        <w:jc w:val="right"/>
      </w:pPr>
      <w:r>
        <w:rPr>
          <w:rtl w:val="1"/>
        </w:rPr>
        <w:t>◯ ⁦78,000⁩     ◯ ⁦10,800⁩     ◯ ⁦7,800⁩     ◯ ⁦780⁩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עגלו את המספר ⁦87,264⁩ למאות הקרובות.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עגלו את המספר ⁦69,594⁩ לאלפים הקרובות.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עגלו את ⁦1,621,386⁩ למאות אלפים הקרובים.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עגלו את ⁦7,128,070⁩ למאות אלפים הקרובים.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איך אפשר לדעת, בלי לחשב, שהתוצאה של 4,012 × 49 קרובה ל־200,000 ולא ל־20,000.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בחרו את האומדן הקרוב ביותר ל־⁦245,737 : 30⁩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אומדן ועיגול – עד מיליון</w:t>
      </w:r>
    </w:p>
    <w:p>
      <w:pPr>
        <w:bidi w:val="1"/>
        <w:jc w:val="right"/>
      </w:pPr>
      <w:r>
        <w:rPr>
          <w:rtl w:val="1"/>
        </w:rPr>
        <w:t>עגלו את ⁦9,147,248⁩ למאות אלפים הקרובים.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עגלו את ⁦7,807,298⁩ למיליונים הקרובים.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