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🧮 סדר פעולות חשבון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כשיש בתרגיל כמה פעולות, פותרים לפי הסדר: 1) מה שבתוך הסוגריים; 2) כפל וחילוק – משמאל לימין; 3) חיבור וחיסור – משמאל לימין.✏️ דוגמה: פתרו: 120 − 24 : 6 × 5 ← קודם חילוק וכפל משמאל לימין: 24 : 6 = 4 ← 4 × 5 = 20 ← ואז חיסור: 120 − 20 = 100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התוצאה של ⁦18 + 16 : 8⁩?</w:t>
      </w:r>
    </w:p>
    <w:p>
      <w:pPr>
        <w:bidi w:val="1"/>
        <w:jc w:val="right"/>
      </w:pPr>
      <w:r>
        <w:rPr>
          <w:rtl w:val="1"/>
        </w:rPr>
        <w:t>◯ ⁦14⁩     ◯ ⁦40⁩     ◯ ⁦30⁩     ◯ ⁦20⁩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התוצאה של ⁦29 − 12 × 2⁩?</w:t>
      </w:r>
    </w:p>
    <w:p>
      <w:pPr>
        <w:bidi w:val="1"/>
        <w:jc w:val="right"/>
      </w:pPr>
      <w:r>
        <w:rPr>
          <w:rtl w:val="1"/>
        </w:rPr>
        <w:t>◯ ⁦34⁩     ◯ ⁦3⁩     ◯ ⁦6⁩     ◯ ⁦5⁩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מה התוצאה של ⁦15 + 5 × 7⁩?</w:t>
      </w:r>
    </w:p>
    <w:p>
      <w:pPr>
        <w:bidi w:val="1"/>
        <w:jc w:val="right"/>
      </w:pPr>
      <w:r>
        <w:rPr>
          <w:rtl w:val="1"/>
        </w:rPr>
        <w:t>◯ ⁦48⁩     ◯ ⁦140⁩     ◯ ⁦50⁩     ◯ ⁦60⁩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מה התוצאה של ⁦(23 + 3) × 12⁩?</w:t>
      </w:r>
    </w:p>
    <w:p>
      <w:pPr>
        <w:bidi w:val="1"/>
        <w:jc w:val="right"/>
      </w:pPr>
      <w:r>
        <w:rPr>
          <w:rtl w:val="1"/>
        </w:rPr>
        <w:t>◯ ⁦322⁩     ◯ ⁦312⁩     ◯ ⁦308⁩     ◯ ⁦624⁩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מה התוצאה של ⁦7 × 9 − 7⁩?</w:t>
      </w:r>
    </w:p>
    <w:p>
      <w:pPr>
        <w:bidi w:val="1"/>
        <w:jc w:val="right"/>
      </w:pPr>
      <w:r>
        <w:rPr>
          <w:rtl w:val="1"/>
        </w:rPr>
        <w:t>◯ ⁦56⁩     ◯ ⁦112⁩     ◯ ⁦57⁩     ◯ ⁦52⁩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מה התוצאה של ⁦15 + 66 : 6⁩?</w:t>
      </w:r>
    </w:p>
    <w:p>
      <w:pPr>
        <w:bidi w:val="1"/>
        <w:jc w:val="right"/>
      </w:pPr>
      <w:r>
        <w:rPr>
          <w:rtl w:val="1"/>
        </w:rPr>
        <w:t>◯ ⁦52⁩     ◯ ⁦20⁩     ◯ ⁦26⁩     ◯ ⁦28⁩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⁦60 : 5 + 13⁩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⁦10 + 16 : 2⁩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⁦138 − 20 : 4 × 4⁩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⁦(78 − 4) : 1⁩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⁦216 : (12 × 3) + 17 × 6⁩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פתרו: ⁦76 : 4 − 7 + 7 × 2⁩ = 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נועם פתר 30 − 10 : 2 וקיבל 10. הסבירו מה הייתה הטעות ומה התשובה הנכונה.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מה התוצאה של ⁦22 − (2 × 8 − 6) : 2⁩?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סדר פעולות חשבון</w:t>
      </w:r>
    </w:p>
    <w:p>
      <w:pPr>
        <w:bidi w:val="1"/>
        <w:jc w:val="right"/>
      </w:pPr>
      <w:r>
        <w:rPr>
          <w:rtl w:val="1"/>
        </w:rPr>
        <w:t>פתרו: ⁦(53 − 9) : 1⁩ = 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פתרו: ⁦9 × (5 + 2) − 9⁩ = 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