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✖️ כפל וחילוק במספרים גדולים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בכפל ב־10, 100 או 1,000 מוסיפים לסוף המספר 1, 2 או 3 אפסים. בכפל של מספרים גדולים מפרקים את אחד הגורמים (למשל 36 = 30 + 6), כופלים כל חלק ומחברים.✏️ דוגמה: פתרו: 312 × 24 ← 312 × 20 = 6,240 ← 312 × 4 = 1,248 ← 6,240 + 1,248 = 7,488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⁦2,100 : 7⁩ =</w:t>
      </w:r>
    </w:p>
    <w:p>
      <w:pPr>
        <w:bidi w:val="1"/>
        <w:jc w:val="right"/>
      </w:pPr>
      <w:r>
        <w:rPr>
          <w:rtl w:val="1"/>
        </w:rPr>
        <w:t>◯ ⁦30⁩     ◯ ⁦3,000⁩     ◯ ⁦301⁩     ◯ ⁦300⁩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⁦1,800 : 6⁩ =</w:t>
      </w:r>
    </w:p>
    <w:p>
      <w:pPr>
        <w:bidi w:val="1"/>
        <w:jc w:val="right"/>
      </w:pPr>
      <w:r>
        <w:rPr>
          <w:rtl w:val="1"/>
        </w:rPr>
        <w:t>◯ ⁦301⁩     ◯ ⁦300⁩     ◯ ⁦3,000⁩     ◯ ⁦30⁩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⁦800 : 4⁩ =</w:t>
      </w:r>
    </w:p>
    <w:p>
      <w:pPr>
        <w:bidi w:val="1"/>
        <w:jc w:val="right"/>
      </w:pPr>
      <w:r>
        <w:rPr>
          <w:rtl w:val="1"/>
        </w:rPr>
        <w:t>◯ ⁦2,000⁩     ◯ ⁦210⁩     ◯ ⁦20⁩     ◯ ⁦200⁩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פתרו: ⁦967 × 1,000⁩ =</w:t>
      </w:r>
    </w:p>
    <w:p>
      <w:pPr>
        <w:bidi w:val="1"/>
        <w:jc w:val="right"/>
      </w:pPr>
      <w:r>
        <w:rPr>
          <w:rtl w:val="1"/>
        </w:rPr>
        <w:t>◯ ⁦967,000⁩     ◯ ⁦9,670,000⁩     ◯ ⁦96,700⁩     ◯ ⁦967,002⁩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⁦723 × 10⁩ =</w:t>
      </w:r>
    </w:p>
    <w:p>
      <w:pPr>
        <w:bidi w:val="1"/>
        <w:jc w:val="right"/>
      </w:pPr>
      <w:r>
        <w:rPr>
          <w:rtl w:val="1"/>
        </w:rPr>
        <w:t>◯ ⁦7,230⁩     ◯ ⁦72,300⁩     ◯ ⁦723⁩     ◯ ⁦7,240⁩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⁦164 × 10⁩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⁦91 × 7⁩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⁦7,140 : 5⁩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פתרו: ⁦24,400 : 40⁩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פתרו: ⁦2,555 × 392⁩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פתרו: ⁦1,558 × 260⁩ =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למה 72,000 : 900 שווה ל־720 : 9.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פתרו: ⁦6,579 : 43⁩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כפל וחילוק במספרים גדולים</w:t>
      </w:r>
    </w:p>
    <w:p>
      <w:pPr>
        <w:bidi w:val="1"/>
        <w:jc w:val="right"/>
      </w:pPr>
      <w:r>
        <w:rPr>
          <w:rtl w:val="1"/>
        </w:rPr>
        <w:t>פתרו: ⁦3,626 : 7⁩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פתרו: ⁦656 × 21⁩ =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